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0"/>
        </w:rPr>
        <w:t>Einladung zum Tag der offenen Tür &amp; Kunsthandwerkermarkt</w:t>
      </w:r>
    </w:p>
    <w:p>
      <w:pPr>
        <w:spacing w:after="200"/>
      </w:pPr>
      <w:r>
        <w:t>Sehr geehrte Damen und Herren,</w:t>
      </w:r>
    </w:p>
    <w:p>
      <w:pPr>
        <w:spacing w:after="160"/>
      </w:pPr>
      <w:r>
        <w:t>wir laden Sie herzlich zu unserem diesjährigen Tag der offenen Tür &amp; Kunsthandwerkermarkt am Sonntag, den 27. September 2026, von 11:00 bis 17:00 Uhr in die Schnitzschule Empfertshausen ein.</w:t>
      </w:r>
    </w:p>
    <w:p>
      <w:pPr>
        <w:spacing w:after="160"/>
      </w:pPr>
      <w:r>
        <w:t>An diesem Tag öffnen wir unsere Werkstätten und zeigen, was unsere Schule ausmacht: die Verbindung von traditionellem Handwerk, künstlerischer Gestaltung und moderner beruflicher Ausbildung. Unsere Schülerinnen und Schüler geben Einblicke in ihre Arbeit und natürlich informieren wir auch über die Ausbildung zum Holzbildhauer bzw. zur Holzbildhauerin.</w:t>
      </w:r>
    </w:p>
    <w:p>
      <w:pPr>
        <w:spacing w:after="160"/>
      </w:pPr>
      <w:r>
        <w:t xml:space="preserve">In diesem Jahr erwarten unsere Besucher einige besondere Highlights: </w:t>
      </w:r>
      <w:r>
        <w:rPr>
          <w:b/>
        </w:rPr>
        <w:t>eine begehbare Sandinstallation</w:t>
      </w:r>
      <w:r>
        <w:rPr>
          <w:b/>
        </w:rPr>
        <w:t>, Schnitzkurse für Groß und Klein</w:t>
      </w:r>
      <w:r>
        <w:rPr>
          <w:b/>
        </w:rPr>
        <w:t>, Keramikdrehen an der Töpferscheibe</w:t>
      </w:r>
      <w:r>
        <w:rPr>
          <w:b/>
        </w:rPr>
        <w:t xml:space="preserve"> sowie eine Drechselvorführung an einer der größten Drechselbänke Thüringens</w:t>
      </w:r>
      <w:r>
        <w:rPr>
          <w:b w:val="0"/>
        </w:rPr>
        <w:t>.</w:t>
      </w:r>
    </w:p>
    <w:p>
      <w:pPr>
        <w:spacing w:after="160"/>
      </w:pPr>
      <w:r>
        <w:t>Ergänzt wird das Programm durch offene Werkstätten, Vorführungen und einen vielfältigen Kunsthandwerkermarkt mit zahlreichen Ausstellern. Für Essen und Getränke ist ebenfalls gesorgt.</w:t>
      </w:r>
    </w:p>
    <w:p>
      <w:pPr>
        <w:spacing w:after="160"/>
      </w:pPr>
      <w:r>
        <w:t>Wir würden uns sehr freuen, Sie persönlich an diesem Tag bei uns begrüßen zu dürfen. Gleichzeitig freuen wir uns über Ihre Unterstützung: Bitte leiten Sie die Einladung und den beigefügten Flyer gerne an Interessierte, Schülerinnen und Schüler, Eltern oder über Ihre eigenen Verteiler und Kanäle weiter.</w:t>
      </w:r>
    </w:p>
    <w:p>
      <w:pPr>
        <w:spacing w:after="160"/>
      </w:pPr>
      <w:r>
        <w:t>Auch Vertreterinnen und Vertreter der Presse sind herzlich eingeladen, unseren Tag der offenen Tür zu besuchen und über die Veranstaltung zu berichten.</w:t>
      </w:r>
    </w:p>
    <w:p>
      <w:pPr>
        <w:spacing w:after="160"/>
      </w:pPr>
      <w:r>
        <w:t>Wir freuen uns auf einen besonderen Tag und viele Gäste in Empfertshausen.</w:t>
      </w:r>
    </w:p>
    <w:p>
      <w:pPr>
        <w:spacing w:after="80"/>
      </w:pPr>
      <w:r>
        <w:t>Mit freundlichen Grüßen</w:t>
      </w:r>
    </w:p>
    <w:p>
      <w:pPr>
        <w:spacing w:after="80"/>
      </w:pPr>
      <w:r>
        <w:rPr>
          <w:b/>
        </w:rPr>
        <w:t>Ronny Denner</w:t>
      </w:r>
      <w:r>
        <w:br/>
        <w:t>Schnitzschule Empfertshausen</w:t>
      </w:r>
    </w:p>
    <w:sectPr w:rsidR="00FC693F" w:rsidRPr="0006063C" w:rsidSect="00034616">
      <w:footerReference w:type="default" r:id="rId9"/>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27. September 2026  |  11:00–17:00 Uhr  |  Schnitzschule Empfertshausen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